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37832" w14:textId="5275E906" w:rsidR="006263BB" w:rsidRPr="007D4CD3" w:rsidRDefault="00A57300" w:rsidP="00850EFF">
      <w:pPr>
        <w:spacing w:after="0" w:line="240" w:lineRule="auto"/>
        <w:jc w:val="center"/>
        <w:rPr>
          <w:b/>
          <w:bCs/>
          <w:u w:val="single"/>
        </w:rPr>
      </w:pPr>
      <w:r w:rsidRPr="007D4CD3">
        <w:rPr>
          <w:b/>
          <w:bCs/>
          <w:u w:val="single"/>
        </w:rPr>
        <w:t>SURAT KETERANGA</w:t>
      </w:r>
      <w:r w:rsidR="00850EFF" w:rsidRPr="007D4CD3">
        <w:rPr>
          <w:b/>
          <w:bCs/>
          <w:u w:val="single"/>
        </w:rPr>
        <w:t>N</w:t>
      </w:r>
    </w:p>
    <w:p w14:paraId="020FFD5F" w14:textId="77777777" w:rsidR="007D4CD3" w:rsidRPr="007D4CD3" w:rsidRDefault="00A57300" w:rsidP="007D4CD3">
      <w:pPr>
        <w:spacing w:after="0" w:line="240" w:lineRule="auto"/>
        <w:jc w:val="center"/>
        <w:rPr>
          <w:b/>
          <w:bCs/>
          <w:u w:val="single"/>
        </w:rPr>
      </w:pPr>
      <w:r w:rsidRPr="007D4CD3">
        <w:rPr>
          <w:b/>
          <w:bCs/>
          <w:u w:val="single"/>
        </w:rPr>
        <w:t>KESALAHAN PENULISAN TANGGAL LAHI</w:t>
      </w:r>
      <w:r w:rsidR="007D4CD3" w:rsidRPr="007D4CD3">
        <w:rPr>
          <w:b/>
          <w:bCs/>
          <w:u w:val="single"/>
        </w:rPr>
        <w:t>R</w:t>
      </w:r>
    </w:p>
    <w:p w14:paraId="32803CAC" w14:textId="67357A24" w:rsidR="006263BB" w:rsidRDefault="00A57300" w:rsidP="007D4CD3">
      <w:pPr>
        <w:spacing w:after="0" w:line="240" w:lineRule="auto"/>
        <w:jc w:val="center"/>
      </w:pPr>
      <w:r>
        <w:t xml:space="preserve">Nomor: </w:t>
      </w:r>
      <w:r>
        <w:br/>
      </w:r>
    </w:p>
    <w:p w14:paraId="219B3953" w14:textId="77777777" w:rsidR="00C6666B" w:rsidRDefault="00C6666B" w:rsidP="007D4CD3">
      <w:pPr>
        <w:spacing w:after="0" w:line="240" w:lineRule="auto"/>
        <w:jc w:val="center"/>
      </w:pPr>
    </w:p>
    <w:p w14:paraId="7CA4613B" w14:textId="693CEF45" w:rsidR="006263BB" w:rsidRDefault="00A57300" w:rsidP="00850EFF">
      <w:pPr>
        <w:spacing w:after="0" w:line="240" w:lineRule="auto"/>
      </w:pPr>
      <w:r>
        <w:t>Yang bertanda tangan di bawah ini,</w:t>
      </w:r>
    </w:p>
    <w:p w14:paraId="61B4185C" w14:textId="77777777" w:rsidR="00C6666B" w:rsidRDefault="00C6666B" w:rsidP="00850EF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67"/>
        <w:gridCol w:w="5771"/>
      </w:tblGrid>
      <w:tr w:rsidR="00C6666B" w14:paraId="7E5492F3" w14:textId="77777777" w:rsidTr="00C6666B">
        <w:tc>
          <w:tcPr>
            <w:tcW w:w="2518" w:type="dxa"/>
          </w:tcPr>
          <w:p w14:paraId="0A2B0ABC" w14:textId="77777777" w:rsidR="00C6666B" w:rsidRDefault="00C6666B" w:rsidP="00850EFF">
            <w:r>
              <w:t>Nama</w:t>
            </w:r>
          </w:p>
          <w:p w14:paraId="493310F7" w14:textId="12BA2506" w:rsidR="00C6666B" w:rsidRDefault="00C6666B" w:rsidP="00850EFF"/>
        </w:tc>
        <w:tc>
          <w:tcPr>
            <w:tcW w:w="567" w:type="dxa"/>
          </w:tcPr>
          <w:p w14:paraId="47F74CBD" w14:textId="5D511F17" w:rsidR="00C6666B" w:rsidRDefault="00C6666B" w:rsidP="00850EFF">
            <w:r>
              <w:t>:</w:t>
            </w:r>
          </w:p>
        </w:tc>
        <w:tc>
          <w:tcPr>
            <w:tcW w:w="5771" w:type="dxa"/>
          </w:tcPr>
          <w:p w14:paraId="471EA960" w14:textId="099B9C9C" w:rsidR="00C6666B" w:rsidRDefault="00C6666B" w:rsidP="00850EFF"/>
        </w:tc>
      </w:tr>
      <w:tr w:rsidR="00C6666B" w14:paraId="4049841A" w14:textId="77777777" w:rsidTr="00C6666B">
        <w:tc>
          <w:tcPr>
            <w:tcW w:w="2518" w:type="dxa"/>
          </w:tcPr>
          <w:p w14:paraId="421C5CAC" w14:textId="77777777" w:rsidR="00C6666B" w:rsidRDefault="00C6666B" w:rsidP="00850EFF">
            <w:r>
              <w:t>NIP</w:t>
            </w:r>
          </w:p>
          <w:p w14:paraId="0D9674A2" w14:textId="30478093" w:rsidR="00C6666B" w:rsidRDefault="00C6666B" w:rsidP="00850EFF"/>
        </w:tc>
        <w:tc>
          <w:tcPr>
            <w:tcW w:w="567" w:type="dxa"/>
          </w:tcPr>
          <w:p w14:paraId="5C00BDE6" w14:textId="267D1016" w:rsidR="00C6666B" w:rsidRDefault="00C6666B" w:rsidP="00850EFF">
            <w:r>
              <w:t>:</w:t>
            </w:r>
          </w:p>
        </w:tc>
        <w:tc>
          <w:tcPr>
            <w:tcW w:w="5771" w:type="dxa"/>
          </w:tcPr>
          <w:p w14:paraId="6005242C" w14:textId="31D3C4DF" w:rsidR="00C6666B" w:rsidRDefault="00C6666B" w:rsidP="00850EFF"/>
        </w:tc>
      </w:tr>
      <w:tr w:rsidR="00C6666B" w14:paraId="6D377C0E" w14:textId="77777777" w:rsidTr="00C6666B">
        <w:tc>
          <w:tcPr>
            <w:tcW w:w="2518" w:type="dxa"/>
          </w:tcPr>
          <w:p w14:paraId="2E627139" w14:textId="77777777" w:rsidR="00C6666B" w:rsidRDefault="00C6666B" w:rsidP="00850EFF">
            <w:r>
              <w:t>Jabatan</w:t>
            </w:r>
          </w:p>
          <w:p w14:paraId="5F5DA44C" w14:textId="551C0115" w:rsidR="00C6666B" w:rsidRDefault="00C6666B" w:rsidP="00850EFF"/>
        </w:tc>
        <w:tc>
          <w:tcPr>
            <w:tcW w:w="567" w:type="dxa"/>
          </w:tcPr>
          <w:p w14:paraId="4CA943C7" w14:textId="4F2884FA" w:rsidR="00C6666B" w:rsidRDefault="00C6666B" w:rsidP="00850EFF">
            <w:r>
              <w:t>:</w:t>
            </w:r>
          </w:p>
        </w:tc>
        <w:tc>
          <w:tcPr>
            <w:tcW w:w="5771" w:type="dxa"/>
          </w:tcPr>
          <w:p w14:paraId="2674E30F" w14:textId="24345B55" w:rsidR="00C6666B" w:rsidRDefault="00C6666B" w:rsidP="00850EFF"/>
        </w:tc>
      </w:tr>
    </w:tbl>
    <w:p w14:paraId="049F1B7A" w14:textId="551769A5" w:rsidR="006263BB" w:rsidRDefault="00A57300" w:rsidP="00850EFF">
      <w:pPr>
        <w:spacing w:after="0" w:line="240" w:lineRule="auto"/>
      </w:pPr>
      <w:r>
        <w:br/>
        <w:t>Dengan ini menerangkan bahwa:</w:t>
      </w:r>
    </w:p>
    <w:p w14:paraId="7E3CD22D" w14:textId="77777777" w:rsidR="00C6666B" w:rsidRDefault="00C6666B" w:rsidP="00850EF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67"/>
        <w:gridCol w:w="5771"/>
      </w:tblGrid>
      <w:tr w:rsidR="00C6666B" w14:paraId="465BBB7C" w14:textId="77777777" w:rsidTr="00C6666B">
        <w:tc>
          <w:tcPr>
            <w:tcW w:w="2518" w:type="dxa"/>
          </w:tcPr>
          <w:p w14:paraId="070C52CF" w14:textId="77777777" w:rsidR="00C6666B" w:rsidRDefault="00C6666B" w:rsidP="00850EFF">
            <w:r>
              <w:t>Nama</w:t>
            </w:r>
          </w:p>
          <w:p w14:paraId="66EDCA7F" w14:textId="119E7572" w:rsidR="00C6666B" w:rsidRDefault="00C6666B" w:rsidP="00850EFF"/>
        </w:tc>
        <w:tc>
          <w:tcPr>
            <w:tcW w:w="567" w:type="dxa"/>
          </w:tcPr>
          <w:p w14:paraId="5C2BC68B" w14:textId="60825105" w:rsidR="00C6666B" w:rsidRDefault="00C6666B" w:rsidP="00850EFF">
            <w:r>
              <w:t>:</w:t>
            </w:r>
          </w:p>
        </w:tc>
        <w:tc>
          <w:tcPr>
            <w:tcW w:w="5771" w:type="dxa"/>
          </w:tcPr>
          <w:p w14:paraId="4B7E464C" w14:textId="07A087D3" w:rsidR="00C6666B" w:rsidRDefault="00C6666B" w:rsidP="00850EFF"/>
        </w:tc>
      </w:tr>
      <w:tr w:rsidR="00C6666B" w14:paraId="497D783D" w14:textId="77777777" w:rsidTr="00C6666B">
        <w:tc>
          <w:tcPr>
            <w:tcW w:w="2518" w:type="dxa"/>
          </w:tcPr>
          <w:p w14:paraId="48DF1DE1" w14:textId="77777777" w:rsidR="00C6666B" w:rsidRDefault="00C6666B" w:rsidP="00850EFF">
            <w:r>
              <w:t>Tempat, Tanggal Lahir</w:t>
            </w:r>
          </w:p>
          <w:p w14:paraId="483450C6" w14:textId="7ED1921B" w:rsidR="00C6666B" w:rsidRDefault="00C6666B" w:rsidP="00850EFF"/>
        </w:tc>
        <w:tc>
          <w:tcPr>
            <w:tcW w:w="567" w:type="dxa"/>
          </w:tcPr>
          <w:p w14:paraId="621AA55E" w14:textId="026B23BB" w:rsidR="00C6666B" w:rsidRDefault="00C6666B" w:rsidP="00850EFF">
            <w:r>
              <w:t>:</w:t>
            </w:r>
          </w:p>
        </w:tc>
        <w:tc>
          <w:tcPr>
            <w:tcW w:w="5771" w:type="dxa"/>
          </w:tcPr>
          <w:p w14:paraId="1A0B95C5" w14:textId="3487691E" w:rsidR="00C6666B" w:rsidRDefault="00C6666B" w:rsidP="00850EFF"/>
        </w:tc>
      </w:tr>
      <w:tr w:rsidR="00C6666B" w14:paraId="202BD788" w14:textId="77777777" w:rsidTr="00C6666B">
        <w:tc>
          <w:tcPr>
            <w:tcW w:w="2518" w:type="dxa"/>
          </w:tcPr>
          <w:p w14:paraId="765B7ABF" w14:textId="77777777" w:rsidR="00C6666B" w:rsidRDefault="00C6666B" w:rsidP="00850EFF">
            <w:r>
              <w:t>Nomor Induk Siswa</w:t>
            </w:r>
          </w:p>
          <w:p w14:paraId="6D7A958C" w14:textId="328A152F" w:rsidR="00C6666B" w:rsidRDefault="00C6666B" w:rsidP="00850EFF"/>
        </w:tc>
        <w:tc>
          <w:tcPr>
            <w:tcW w:w="567" w:type="dxa"/>
          </w:tcPr>
          <w:p w14:paraId="41D03478" w14:textId="63467A86" w:rsidR="00C6666B" w:rsidRDefault="00C6666B" w:rsidP="00850EFF">
            <w:r>
              <w:t>:</w:t>
            </w:r>
          </w:p>
        </w:tc>
        <w:tc>
          <w:tcPr>
            <w:tcW w:w="5771" w:type="dxa"/>
          </w:tcPr>
          <w:p w14:paraId="12C81073" w14:textId="49D877F8" w:rsidR="00C6666B" w:rsidRDefault="00C6666B" w:rsidP="00850EFF"/>
        </w:tc>
      </w:tr>
      <w:tr w:rsidR="00C6666B" w14:paraId="7F9B4190" w14:textId="77777777" w:rsidTr="00C6666B">
        <w:tc>
          <w:tcPr>
            <w:tcW w:w="2518" w:type="dxa"/>
          </w:tcPr>
          <w:p w14:paraId="2228D1F8" w14:textId="77777777" w:rsidR="00C6666B" w:rsidRDefault="00C6666B" w:rsidP="00850EFF">
            <w:r>
              <w:t>Nomor Ijazah</w:t>
            </w:r>
          </w:p>
          <w:p w14:paraId="4CF84862" w14:textId="2E80E6F3" w:rsidR="00C6666B" w:rsidRDefault="00C6666B" w:rsidP="00850EFF"/>
        </w:tc>
        <w:tc>
          <w:tcPr>
            <w:tcW w:w="567" w:type="dxa"/>
          </w:tcPr>
          <w:p w14:paraId="384183B2" w14:textId="21D74C5D" w:rsidR="00C6666B" w:rsidRDefault="00C6666B" w:rsidP="00850EFF">
            <w:r>
              <w:t>:</w:t>
            </w:r>
          </w:p>
        </w:tc>
        <w:tc>
          <w:tcPr>
            <w:tcW w:w="5771" w:type="dxa"/>
          </w:tcPr>
          <w:p w14:paraId="6BFDB87B" w14:textId="107F374B" w:rsidR="00C6666B" w:rsidRDefault="00C6666B" w:rsidP="00850EFF"/>
        </w:tc>
      </w:tr>
    </w:tbl>
    <w:p w14:paraId="022F2D53" w14:textId="01D6150F" w:rsidR="006263BB" w:rsidRDefault="00A57300" w:rsidP="00850EFF">
      <w:pPr>
        <w:spacing w:after="0" w:line="240" w:lineRule="auto"/>
      </w:pPr>
      <w:r>
        <w:br/>
        <w:t xml:space="preserve">Dalam Ijazah Nomor: </w:t>
      </w:r>
      <w:r w:rsidR="00E9683D">
        <w:t>……………………</w:t>
      </w:r>
      <w:r w:rsidR="007D4CD3">
        <w:t xml:space="preserve"> </w:t>
      </w:r>
      <w:r>
        <w:t xml:space="preserve">Tahun </w:t>
      </w:r>
      <w:r w:rsidR="00E9683D">
        <w:t>……….</w:t>
      </w:r>
      <w:r w:rsidR="007D4CD3">
        <w:t xml:space="preserve"> </w:t>
      </w:r>
      <w:r>
        <w:t>terdapat kesalahan penulisan tanggal lahir. Adapun kesalahan tersebut adalah sebagai berikut:</w:t>
      </w:r>
    </w:p>
    <w:p w14:paraId="66EA6DF1" w14:textId="2F70E34F" w:rsidR="006263BB" w:rsidRDefault="00A57300" w:rsidP="00850EFF">
      <w:pPr>
        <w:spacing w:after="0" w:line="240" w:lineRule="auto"/>
      </w:pPr>
      <w:r>
        <w:t xml:space="preserve">- Tertulis : </w:t>
      </w:r>
      <w:r w:rsidR="00E9683D">
        <w:t>………………….</w:t>
      </w:r>
      <w:r>
        <w:t xml:space="preserve"> (tanggal lahir yang salah)</w:t>
      </w:r>
    </w:p>
    <w:p w14:paraId="4A889783" w14:textId="43182418" w:rsidR="006263BB" w:rsidRDefault="00A57300" w:rsidP="00850EFF">
      <w:pPr>
        <w:spacing w:after="0" w:line="240" w:lineRule="auto"/>
      </w:pPr>
      <w:r>
        <w:t xml:space="preserve">- Seharusnya : </w:t>
      </w:r>
      <w:r w:rsidR="00E9683D">
        <w:t>…………………..</w:t>
      </w:r>
      <w:r w:rsidR="007D4CD3">
        <w:t xml:space="preserve"> 2007</w:t>
      </w:r>
      <w:r>
        <w:t xml:space="preserve"> (tanggal lahir yang benar)</w:t>
      </w:r>
      <w:r>
        <w:br/>
      </w:r>
    </w:p>
    <w:p w14:paraId="752948B7" w14:textId="77777777" w:rsidR="006263BB" w:rsidRDefault="00A57300" w:rsidP="00850EFF">
      <w:pPr>
        <w:spacing w:after="0" w:line="240" w:lineRule="auto"/>
      </w:pPr>
      <w:r>
        <w:t>Kesalahan ini murni merupakan kesalahan penulisan/administrasi pada pihak sekolah dan bukan merupakan kesalahan pemilik ijazah.</w:t>
      </w:r>
      <w:r>
        <w:br/>
      </w:r>
    </w:p>
    <w:p w14:paraId="4BD7834D" w14:textId="77777777" w:rsidR="006263BB" w:rsidRDefault="00A57300" w:rsidP="00850EFF">
      <w:pPr>
        <w:spacing w:after="0" w:line="240" w:lineRule="auto"/>
      </w:pPr>
      <w:r>
        <w:t>Demikian surat keterangan ini dibuat dengan sebenarnya untuk dapat dipergunakan sebagaimana mestinya.</w:t>
      </w:r>
      <w:r>
        <w:br/>
      </w:r>
    </w:p>
    <w:p w14:paraId="75E2183E" w14:textId="77777777" w:rsidR="00C6666B" w:rsidRDefault="00C6666B" w:rsidP="00850EFF">
      <w:pPr>
        <w:spacing w:after="0" w:line="240" w:lineRule="auto"/>
      </w:pPr>
    </w:p>
    <w:p w14:paraId="215E03A2" w14:textId="77777777" w:rsidR="00C6666B" w:rsidRDefault="00C6666B" w:rsidP="00850EFF">
      <w:pPr>
        <w:spacing w:after="0" w:line="240" w:lineRule="auto"/>
      </w:pPr>
    </w:p>
    <w:p w14:paraId="25D4ED54" w14:textId="1F4AFD21" w:rsidR="006263BB" w:rsidRDefault="00E9683D" w:rsidP="00C6666B">
      <w:pPr>
        <w:spacing w:after="0" w:line="240" w:lineRule="auto"/>
        <w:ind w:left="5040"/>
      </w:pPr>
      <w:r>
        <w:t>………………………………………</w:t>
      </w:r>
      <w:r w:rsidR="00A57300">
        <w:t>2025</w:t>
      </w:r>
    </w:p>
    <w:p w14:paraId="74A16683" w14:textId="77777777" w:rsidR="006263BB" w:rsidRDefault="00A57300" w:rsidP="00C6666B">
      <w:pPr>
        <w:spacing w:after="0" w:line="240" w:lineRule="auto"/>
        <w:ind w:left="5040"/>
      </w:pPr>
      <w:r>
        <w:t>Kepala Sekolah</w:t>
      </w:r>
      <w:r>
        <w:br/>
      </w:r>
    </w:p>
    <w:p w14:paraId="109B452E" w14:textId="548C6EE9" w:rsidR="00C6666B" w:rsidRPr="00C6666B" w:rsidRDefault="00A57300" w:rsidP="00C6666B">
      <w:pPr>
        <w:spacing w:after="0" w:line="240" w:lineRule="auto"/>
        <w:ind w:left="5040"/>
      </w:pPr>
      <w:r>
        <w:br/>
      </w:r>
      <w:r>
        <w:br/>
      </w:r>
      <w:r>
        <w:br/>
      </w:r>
      <w:r w:rsidR="00E9683D">
        <w:rPr>
          <w:b/>
          <w:bCs/>
          <w:u w:val="single"/>
        </w:rPr>
        <w:t xml:space="preserve"> __________________________</w:t>
      </w:r>
    </w:p>
    <w:p w14:paraId="6EE695DD" w14:textId="02270B6B" w:rsidR="006263BB" w:rsidRDefault="00C6666B" w:rsidP="00C6666B">
      <w:pPr>
        <w:spacing w:after="0" w:line="240" w:lineRule="auto"/>
        <w:ind w:left="5040"/>
      </w:pPr>
      <w:r>
        <w:t xml:space="preserve">NIP. </w:t>
      </w:r>
      <w:r w:rsidR="00A57300">
        <w:br/>
      </w:r>
    </w:p>
    <w:p w14:paraId="1F103D3E" w14:textId="6C77E07D" w:rsidR="006263BB" w:rsidRDefault="006263BB" w:rsidP="00850EFF">
      <w:pPr>
        <w:spacing w:after="0" w:line="240" w:lineRule="auto"/>
      </w:pPr>
    </w:p>
    <w:sectPr w:rsidR="006263BB" w:rsidSect="00C6666B">
      <w:headerReference w:type="default" r:id="rId8"/>
      <w:pgSz w:w="12240" w:h="15840"/>
      <w:pgMar w:top="1440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5350D" w14:textId="77777777" w:rsidR="00D00F44" w:rsidRDefault="00D00F44" w:rsidP="00C6666B">
      <w:pPr>
        <w:spacing w:after="0" w:line="240" w:lineRule="auto"/>
      </w:pPr>
      <w:r>
        <w:separator/>
      </w:r>
    </w:p>
  </w:endnote>
  <w:endnote w:type="continuationSeparator" w:id="0">
    <w:p w14:paraId="72F9CA16" w14:textId="77777777" w:rsidR="00D00F44" w:rsidRDefault="00D00F44" w:rsidP="00C66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96A6B" w14:textId="77777777" w:rsidR="00D00F44" w:rsidRDefault="00D00F44" w:rsidP="00C6666B">
      <w:pPr>
        <w:spacing w:after="0" w:line="240" w:lineRule="auto"/>
      </w:pPr>
      <w:r>
        <w:separator/>
      </w:r>
    </w:p>
  </w:footnote>
  <w:footnote w:type="continuationSeparator" w:id="0">
    <w:p w14:paraId="5E4EA1C2" w14:textId="77777777" w:rsidR="00D00F44" w:rsidRDefault="00D00F44" w:rsidP="00C66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C45A3" w14:textId="77777777" w:rsidR="00E9683D" w:rsidRDefault="00E9683D" w:rsidP="00C6666B">
    <w:pPr>
      <w:pStyle w:val="Header"/>
      <w:jc w:val="center"/>
      <w:rPr>
        <w:rFonts w:ascii="Arial" w:hAnsi="Arial" w:cs="Arial"/>
        <w:color w:val="0070C0"/>
      </w:rPr>
    </w:pPr>
  </w:p>
  <w:p w14:paraId="07BF9D54" w14:textId="0EA09059" w:rsidR="00E9683D" w:rsidRDefault="00E9683D" w:rsidP="00C6666B">
    <w:pPr>
      <w:pStyle w:val="Header"/>
      <w:jc w:val="center"/>
      <w:rPr>
        <w:rFonts w:ascii="Arial" w:hAnsi="Arial" w:cs="Arial"/>
        <w:color w:val="0070C0"/>
      </w:rPr>
    </w:pPr>
    <w:r>
      <w:rPr>
        <w:rFonts w:ascii="Arial" w:hAnsi="Arial" w:cs="Arial"/>
        <w:color w:val="0070C0"/>
      </w:rPr>
      <w:t>&lt;======= KOP SURAT =====&gt;</w:t>
    </w:r>
  </w:p>
  <w:p w14:paraId="40CE5576" w14:textId="46B1735F" w:rsidR="00E9683D" w:rsidRDefault="00E9683D" w:rsidP="00C6666B">
    <w:pPr>
      <w:pStyle w:val="Header"/>
      <w:jc w:val="center"/>
      <w:rPr>
        <w:rFonts w:ascii="Arial" w:hAnsi="Arial" w:cs="Arial"/>
        <w:color w:val="0070C0"/>
      </w:rPr>
    </w:pPr>
  </w:p>
  <w:p w14:paraId="20A3E5BF" w14:textId="77777777" w:rsidR="00E9683D" w:rsidRDefault="00E9683D" w:rsidP="00C6666B">
    <w:pPr>
      <w:pStyle w:val="Header"/>
      <w:jc w:val="center"/>
      <w:rPr>
        <w:rFonts w:ascii="Arial" w:hAnsi="Arial" w:cs="Arial"/>
        <w:color w:val="0070C0"/>
      </w:rPr>
    </w:pPr>
  </w:p>
  <w:p w14:paraId="66510C63" w14:textId="77777777" w:rsidR="00E9683D" w:rsidRDefault="00E9683D" w:rsidP="00C6666B">
    <w:pPr>
      <w:pStyle w:val="Header"/>
      <w:jc w:val="center"/>
      <w:rPr>
        <w:rFonts w:ascii="Arial" w:hAnsi="Arial" w:cs="Arial"/>
        <w:color w:val="0070C0"/>
      </w:rPr>
    </w:pPr>
  </w:p>
  <w:p w14:paraId="16468BE5" w14:textId="5D036546" w:rsidR="00E9683D" w:rsidRPr="000428E7" w:rsidRDefault="00E9683D" w:rsidP="00C6666B">
    <w:pPr>
      <w:pStyle w:val="Header"/>
      <w:jc w:val="center"/>
      <w:rPr>
        <w:rFonts w:ascii="Arial" w:hAnsi="Arial" w:cs="Arial"/>
        <w:color w:val="0070C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800" behindDoc="0" locked="0" layoutInCell="1" allowOverlap="1" wp14:anchorId="2C3B4497" wp14:editId="5F4628D9">
              <wp:simplePos x="0" y="0"/>
              <wp:positionH relativeFrom="column">
                <wp:posOffset>-6985</wp:posOffset>
              </wp:positionH>
              <wp:positionV relativeFrom="paragraph">
                <wp:posOffset>20955</wp:posOffset>
              </wp:positionV>
              <wp:extent cx="6610350" cy="0"/>
              <wp:effectExtent l="0" t="19050" r="38100" b="38100"/>
              <wp:wrapNone/>
              <wp:docPr id="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10350" cy="0"/>
                      </a:xfrm>
                      <a:prstGeom prst="line">
                        <a:avLst/>
                      </a:prstGeom>
                      <a:ln w="47625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0B7616" id="Straight Connector 1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55pt,1.65pt" to="519.9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" strokecolor="black [3213]" strokeweight="3.75pt">
              <v:stroke linestyle="thickThin"/>
              <o:lock v:ext="edit" shapetype="f"/>
            </v:line>
          </w:pict>
        </mc:Fallback>
      </mc:AlternateContent>
    </w:r>
  </w:p>
  <w:p w14:paraId="081D5C9A" w14:textId="77777777" w:rsidR="00C6666B" w:rsidRDefault="00C666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263BB"/>
    <w:rsid w:val="007D4CD3"/>
    <w:rsid w:val="00850EFF"/>
    <w:rsid w:val="00952E53"/>
    <w:rsid w:val="00A57300"/>
    <w:rsid w:val="00AA1D8D"/>
    <w:rsid w:val="00B47730"/>
    <w:rsid w:val="00C6666B"/>
    <w:rsid w:val="00CB0664"/>
    <w:rsid w:val="00D00F44"/>
    <w:rsid w:val="00E968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7B262C"/>
  <w14:defaultImageDpi w14:val="300"/>
  <w15:docId w15:val="{2098DDAA-F0BA-4B08-87C0-36724C66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666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SDN CIMAPAG</cp:lastModifiedBy>
  <cp:revision>2</cp:revision>
  <dcterms:created xsi:type="dcterms:W3CDTF">2025-12-11T01:58:00Z</dcterms:created>
  <dcterms:modified xsi:type="dcterms:W3CDTF">2025-12-11T01:58:00Z</dcterms:modified>
  <cp:category/>
</cp:coreProperties>
</file>